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72033" w14:textId="77777777" w:rsidR="000933E8" w:rsidRDefault="000933E8"/>
    <w:p w14:paraId="79B90F2F" w14:textId="4320EDAA" w:rsidR="002B0FD5" w:rsidRDefault="002B0FD5">
      <w:r w:rsidRPr="002B0FD5">
        <w:t>Taekwondo zveza Slovenije</w:t>
      </w:r>
      <w:r w:rsidRPr="002B0FD5">
        <w:br/>
        <w:t>Celovška cesta 25, 1000 Ljubljana</w:t>
      </w:r>
    </w:p>
    <w:p w14:paraId="7FD8D3E1" w14:textId="77777777" w:rsidR="002B0FD5" w:rsidRPr="002B0FD5" w:rsidRDefault="002B0FD5"/>
    <w:p w14:paraId="4BD88510" w14:textId="33EF4DED" w:rsidR="00622DDC" w:rsidRDefault="00000000">
      <w:pPr>
        <w:rPr>
          <w:b/>
          <w:bCs/>
        </w:rPr>
      </w:pPr>
      <w:r w:rsidRPr="002B0FD5">
        <w:rPr>
          <w:b/>
          <w:bCs/>
        </w:rPr>
        <w:t>PRIJAVNI OBRAZEC ZA NADLEGOVANJE ALI ZLORABO</w:t>
      </w:r>
      <w:r w:rsidR="00622DDC">
        <w:rPr>
          <w:b/>
          <w:bCs/>
        </w:rPr>
        <w:br/>
        <w:t xml:space="preserve">Poslati na </w:t>
      </w:r>
      <w:hyperlink r:id="rId8" w:history="1">
        <w:r w:rsidR="00622DDC" w:rsidRPr="004049C9">
          <w:rPr>
            <w:rStyle w:val="Hyperlink"/>
            <w:b/>
            <w:bCs/>
          </w:rPr>
          <w:t>tkd@taekwondo-zveza.si</w:t>
        </w:r>
      </w:hyperlink>
      <w:r w:rsidR="00622DDC">
        <w:rPr>
          <w:b/>
          <w:bCs/>
        </w:rPr>
        <w:t xml:space="preserve"> ali po pošti na Taekwondo zveza Slovenije, Celovška cesta 25, 1000 Ljubljana</w:t>
      </w:r>
    </w:p>
    <w:p w14:paraId="2874F57E" w14:textId="77777777" w:rsidR="000933E8" w:rsidRDefault="000933E8"/>
    <w:p w14:paraId="29FAA709" w14:textId="77777777" w:rsidR="000933E8" w:rsidRDefault="00000000">
      <w:r>
        <w:t>Ime in priimek (neobvezno):</w:t>
      </w:r>
    </w:p>
    <w:p w14:paraId="0FE6C9F5" w14:textId="77777777" w:rsidR="000933E8" w:rsidRDefault="00000000">
      <w:r>
        <w:t>Kontakt:</w:t>
      </w:r>
    </w:p>
    <w:p w14:paraId="23DE6CA2" w14:textId="77777777" w:rsidR="000933E8" w:rsidRDefault="00000000">
      <w:r>
        <w:t>Opis dogodka:</w:t>
      </w:r>
    </w:p>
    <w:p w14:paraId="26FA5846" w14:textId="77777777" w:rsidR="000933E8" w:rsidRDefault="00000000">
      <w:r>
        <w:t>Datum in kraj:</w:t>
      </w:r>
    </w:p>
    <w:p w14:paraId="6D192B9A" w14:textId="77777777" w:rsidR="000933E8" w:rsidRDefault="00000000">
      <w:r>
        <w:t>Vpletene osebe:</w:t>
      </w:r>
    </w:p>
    <w:p w14:paraId="79AA994B" w14:textId="77777777" w:rsidR="000933E8" w:rsidRDefault="00000000">
      <w:r>
        <w:t>Priče:</w:t>
      </w:r>
    </w:p>
    <w:p w14:paraId="20C7D73F" w14:textId="77777777" w:rsidR="000933E8" w:rsidRDefault="00000000">
      <w:r>
        <w:t>Dokazi:</w:t>
      </w:r>
    </w:p>
    <w:p w14:paraId="2D994F40" w14:textId="77777777" w:rsidR="000933E8" w:rsidRDefault="000933E8"/>
    <w:p w14:paraId="6D82090A" w14:textId="77777777" w:rsidR="000933E8" w:rsidRDefault="00000000">
      <w:r>
        <w:t>Podpis:</w:t>
      </w:r>
    </w:p>
    <w:p w14:paraId="30A1A6B7" w14:textId="77777777" w:rsidR="000933E8" w:rsidRDefault="00000000">
      <w:r>
        <w:t>Datum:</w:t>
      </w:r>
    </w:p>
    <w:p w14:paraId="44858B7A" w14:textId="77777777" w:rsidR="000933E8" w:rsidRDefault="000933E8"/>
    <w:sectPr w:rsidR="000933E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2A636" w14:textId="77777777" w:rsidR="00126DF7" w:rsidRDefault="00126DF7" w:rsidP="00622DDC">
      <w:pPr>
        <w:spacing w:after="0" w:line="240" w:lineRule="auto"/>
      </w:pPr>
      <w:r>
        <w:separator/>
      </w:r>
    </w:p>
  </w:endnote>
  <w:endnote w:type="continuationSeparator" w:id="0">
    <w:p w14:paraId="07F08194" w14:textId="77777777" w:rsidR="00126DF7" w:rsidRDefault="00126DF7" w:rsidP="00622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A3AEC" w14:textId="77777777" w:rsidR="00126DF7" w:rsidRDefault="00126DF7" w:rsidP="00622DDC">
      <w:pPr>
        <w:spacing w:after="0" w:line="240" w:lineRule="auto"/>
      </w:pPr>
      <w:r>
        <w:separator/>
      </w:r>
    </w:p>
  </w:footnote>
  <w:footnote w:type="continuationSeparator" w:id="0">
    <w:p w14:paraId="0DBB9113" w14:textId="77777777" w:rsidR="00126DF7" w:rsidRDefault="00126DF7" w:rsidP="00622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344682">
    <w:abstractNumId w:val="8"/>
  </w:num>
  <w:num w:numId="2" w16cid:durableId="2074085591">
    <w:abstractNumId w:val="6"/>
  </w:num>
  <w:num w:numId="3" w16cid:durableId="1326281601">
    <w:abstractNumId w:val="5"/>
  </w:num>
  <w:num w:numId="4" w16cid:durableId="247427013">
    <w:abstractNumId w:val="4"/>
  </w:num>
  <w:num w:numId="5" w16cid:durableId="851333963">
    <w:abstractNumId w:val="7"/>
  </w:num>
  <w:num w:numId="6" w16cid:durableId="1272512679">
    <w:abstractNumId w:val="3"/>
  </w:num>
  <w:num w:numId="7" w16cid:durableId="607661119">
    <w:abstractNumId w:val="2"/>
  </w:num>
  <w:num w:numId="8" w16cid:durableId="1990400865">
    <w:abstractNumId w:val="1"/>
  </w:num>
  <w:num w:numId="9" w16cid:durableId="183618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3E8"/>
    <w:rsid w:val="00126DF7"/>
    <w:rsid w:val="0015074B"/>
    <w:rsid w:val="0029639D"/>
    <w:rsid w:val="002B0FD5"/>
    <w:rsid w:val="00326F90"/>
    <w:rsid w:val="00622DDC"/>
    <w:rsid w:val="006E288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2C1E1B"/>
  <w14:defaultImageDpi w14:val="300"/>
  <w15:docId w15:val="{9D1921AE-5F83-4C18-81AE-9DB24B902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22D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d@taekwondo-zveza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329</Characters>
  <Application>Microsoft Office Word</Application>
  <DocSecurity>0</DocSecurity>
  <Lines>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Zlatan Randelovic</cp:lastModifiedBy>
  <cp:revision>3</cp:revision>
  <dcterms:created xsi:type="dcterms:W3CDTF">2013-12-23T23:15:00Z</dcterms:created>
  <dcterms:modified xsi:type="dcterms:W3CDTF">2026-01-04T09:59:00Z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207d03ee-4a52-45f3-8ce1-507a7c7ad62d</vt:lpwstr>
  </property>
</Properties>
</file>